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החלטות רציונליות מול רגשיות בצריכה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החלטת קנייה רציונלית לרגשית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 עצירה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דחפי קנייה כמו פחד מפספוס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חשיבה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פחדה לפספס כמו החברים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עוצרים וחושבים אם 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מבוססת על רגש ולא על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שקרה בדילמה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(מבוססת על חשיבה ובדיקה)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(מבוססת על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(דבר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(דבר נעים שאינו הכרחי)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שלט מבצע או דבר שרוצים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לרגע במקום לרוץ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את עצמנו אם באמת צריך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כסף מתאים לכך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הבנה לרגש שלה בלי שיפוטיות, הסבר שהחלטה רגשית גרמה לחרטה, והצעה מעשית כמו לעצור ולשאול אם באמת צריך לפני קנייה הבאה.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רציונלית - חשיבה ובדיקה, רגשית - מונעת מרגש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וחושבים לפני שפועלים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קנייה כי כולם קונים, בלי בדיקה אמיתית של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מצב שבו תלמיד התחרט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שהרגש הוא לגיטימי אך לא צריך להוביל את ההחלטה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תפקידים קצר על הדילמה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החלטות רציונליות מול רגשיות בצריכה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לפני שקונים משהו כדאי לעצור ולשאול שאלות, במקום לפעול מתוך רגש או לחץ חברתי. בדף הזה נתרגל להבחין בין החלטה שקולה להחלטה רגשית.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צריך  ·  כסף  ·  לעצור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הצעד הראשון כשרואים שלט 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רצים לקנות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עוצרים וחושבים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מתעלמים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החלטה רציונלית מבוססת בעיקר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לחץ חברתי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חשיבה ובדיקה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החברה בדילמה קנתה סקינים כי: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ממש הייתה צריכה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פחדה לפספס כמו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ההורים ביקשו ממנה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לקנות מיד כשרואים שלט מבצע כדי לא לפספס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החלטה רגשית מתקבלת מהר, בלי לבדוק את הצורך האמיתי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פחד מפספוס יכול לגרום לקנייה לא מתוכננת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שקונים, חשוב __________ ולשאול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קונים רק מה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החברה הוציאה את כל ה__________ על סקינים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החלטה רציונלית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מבוססת על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החלטה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נעים שאינו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מבוססת על חשיבה ובדיקה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דבר הכרחי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לרגע במקום לרוץ לקנות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את עצמנו אם באמת צריך את 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יש כסף מתאים לכך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רואים שלט מבצע או דבר שרוצים לקנות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חברה הוציאה את כל דמי הכיס שלה על סקינים כי פחדה לפספס, ועכשיו מצטערת. כתבו לה הודעה קצרה עם מה שהייתם אומרים לה ואיזה כלל עצירה הייתם מציעים.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החלטה רציונלית לרגשית?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הצעד הראשון כשרואים מבצע מפתה?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החלטות רציונליות מול רגשיות בצריכה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