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החלטות רציונליות מול רגשיות בצריכה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החלטת קנייה רציונלית לרגשית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כלל עצירה לפני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דחפי קנייה כמו פחד מפספוס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עוצרים וחושבים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חשיבה ובדיקה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צורך הכרחי, רצון נעים אך לא הכרחי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פחדה לפספס כמו החברים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לחשוב לפני שמוציאים כסף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קודם עוצרים וחושבים אם באמת 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היא מבוססת על רגש ולא על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בדיוק מה שקרה בדילמה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לפעמים מתחרטים, כמו החברה בדילמה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בדיוק מטרת השאלה לפני קנייה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פספס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רציונלית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פספוס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(מבוססת על חשיבה ובדיקה)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(מבוססת על רגש חזק)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(דבר הכרחי)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(דבר נעים שאינו הכרחי)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(קנייה כי כולם קונים)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(לחשוב לפני שפועלים)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רואים שלט מבצע או דבר שרוצים לקנות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עוצרים לרגע במקום לרוץ לקנות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שואלים את עצמנו אם באמת צריך את 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אם יש כסף מתאים לכך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מחליטים אם לקנות או לא, בלי לחץ רגשי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הבנה לרגש שלה בלי שיפוטיות, הסבר שהחלטה רגשית גרמה לחרטה, והצעה מעשית כמו לעצור ולשאול אם באמת צריך לפני קנייה הבאה.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שמראה הבנה של ההבדל בין החלטה רגשית לרציונלית, עם דוגמה לכלל עצירה ממשי.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רציונלית - חשיבה ובדיקה, רגשית - מונעת מרגש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 וחושבים לפני שפועלים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קנייה כי כולם קונים, בלי בדיקה אמיתית של הצורך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מצב שבו תלמיד התחרט על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להדגיש שהרגש הוא לגיטימי אך לא צריך להוביל את ההחלטה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משחק תפקידים קצר על הדילמה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החלטות רציונליות מול רגשיות בצריכה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לפעמים קונים דברים כי מרגישים רגש חזק, כמו פחד לפספס. צריך ללמוד לעצור ולחשוב לפני שקונים.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החלטה רציונלית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החלטה שמבוססת על חשיבה ובדיקה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החלטה רגשית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החלטה שנובעת מרגש כמו פחד או התרגשות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דחף קנייה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רצון פתאומי וחזק לקנות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פחד מפספוס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הרגשה שחייבים לקנות כי כולם קונים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שבאמת חיוני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רצון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שנעים שיהיה אבל לא הכרחי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עצירה מודעת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לעצור רגע ולחשוב לפני פעולה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דמי כיס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שמקבלים באופן קבוע להוצאות אישיות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קודם כשרואים מבצע?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רצים לקנות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עוצרים וחושבים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מתעלמים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שואלים חבר אם לקנות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מה מבוססת החלטה שקולה?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רגש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לחץ חברתי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חשיבה ובדיקה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שכולם עושים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דבר שצריך לדבר שרק רוצים?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צורך הכרחי, רצון נעים אך לא הכרחי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רצון הכרחי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שניהם אותו דבר כלכלית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החברה קנתה סקינים?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ממש הייתה צריכה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פחדה לפספס כמו החברים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ההורים ביקשו ממנה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תכננה את זה מראש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עוזר כלל עצירה?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לקנות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לחשוב לפני שמוציאים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להוציא יותר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מהמחיר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לקנות מיד כשרואים שלט מבצע כדי לא לפספס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החלטה רגשית מתקבלת מהר, בלי לבדוק את הצורך האמיתי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פחד מפספוס יכול לגרום לקנייה לא מתוכננת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שקונים מתוך רגש, תמיד מרגישים מרוצים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 עצירה אומר לשאול את עצמנו אם אנחנו באמת צריכים את הדבר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שקונים, חשוב __________ ולשאול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קונים רק מה ש__________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החברה הוציאה את כל ה__________ על סקינים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היא קנתה כי ״כולם קנו ולא רציתי ל__________״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החלטה שמבוססת על בדיקה ולא על רגש נקראת החלטה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הרגשה של חובה לקנות כי כולם קונים נקראת פחד מ__________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החלטה רציונלית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קנייה כי כולם קונים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החלטה רגשית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מבוססת על חשיבה ובדיקה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צורך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דבר נעים שאינו הכרחי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רצון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מבוססת על רגש חזק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פחד מפספוס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לחשוב לפני שפועלים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עצירה מודעת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דבר הכרחי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מחליטים אם לקנות או לא, בלי לחץ רגשי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רואים שלט מבצע או דבר שרוצים לקנות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יש כסף מתאים לכך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את עצמנו אם באמת צריך את זה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לרגע במקום לרוץ לקנות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מחשבה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חברה הוציאה את כל דמי הכיס שלה על סקינים כי פחדה לפספס, ועכשיו מצטערת. כתבו לה הודעה קצרה עם מה שהייתם אומרים לה ואיזה כלל עצירה הייתם מציעים.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אישי שבו כמעט קניתם משהו מתוך רגש, ואיך הייתם יכולים לעצור ולחשוב לפני כן.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החלטה רציונלית לרגשית?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הצעד הראשון כשרואים מבצע מפתה?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לפחד מפספוס בקנייה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החלטות רציונליות מול רגשיות בצריכה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